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/>
        <w:jc w:val="right"/>
      </w:pPr>
      <w:r>
        <w:rPr>
          <w:rFonts w:ascii="Arial" w:hAnsi="Arial" w:cs="Arial"/>
          <w:b/>
          <w:color w:val="E5484D"/>
          <w:sz w:val="40"/>
          <w:rtl w:val="1"/>
          <w:szCs w:val="40"/>
          <w:bCs/>
        </w:rPr>
        <w:t>🌉 דילמות בפיד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ערכה להדפסה • לחט״ב ולחט״ע (גרסה פשוטה ליסודי) • פדגוגיה רגשית-חברתית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7A5600"/>
          <w:sz w:val="22"/>
          <w:rtl w:val="1"/>
          <w:szCs w:val="22"/>
          <w:bCs/>
        </w:rPr>
        <w:t>📋 מהדורה למורה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E5484D"/>
          <w:sz w:val="28"/>
          <w:rtl w:val="1"/>
          <w:szCs w:val="28"/>
          <w:bCs/>
        </w:rPr>
        <w:t>🎯 מטרות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לזהות מדרגות בסולם ההסלמה בשיחה ברשת.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להציע תגובה שמורידה מדרגה ולנסח "משפט גשר".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חט״ע: לדון בחרם שקט ובתיבת תהודה.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E5484D"/>
          <w:sz w:val="28"/>
          <w:rtl w:val="1"/>
          <w:szCs w:val="28"/>
          <w:bCs/>
        </w:rPr>
        <w:t>⏱️ מהלך שיעור (45 דקות)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זמן</w:t>
            </w:r>
          </w:p>
        </w:tc>
        <w:tc>
          <w:tcPr>
            <w:tcW w:type="dxa" w:w="5270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מה עושים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5 דק׳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סולם ההסלמה – 5 מדרגות (על הלוח).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15 דק׳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חלק א׳ + ב׳ – שתי שיחות מומצאות.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15 דק׳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חלק ג׳ – משפטי גשר ודיון (חט״ע: חרם שקט).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5 דק׳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סיכום: למי פונים כשרואים חרם?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5 דק׳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כרטיס יציאה.</w:t>
            </w:r>
          </w:p>
        </w:tc>
      </w:tr>
    </w:tbl>
    <w:p/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השיחות מומצאות, השמות בדויים – לא משתמשים בצילומי מסך אמיתיים של הכיתה.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חרם ופגיעה ברשת אינם נושא לגישור בין תלמידים – מפנים ליועצת.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🔑 מדרגות: טיול – 4 · צילום מסך – 4 · הקבוצה החדשה – 5 · תיבת התהודה – 3.</w:t>
      </w:r>
    </w:p>
    <w:p>
      <w:r>
        <w:br w:type="page"/>
      </w:r>
    </w:p>
    <w:p>
      <w:pPr>
        <w:bidi w:val="1"/>
        <w:spacing w:after="40"/>
        <w:jc w:val="right"/>
      </w:pPr>
      <w:r>
        <w:rPr>
          <w:rFonts w:ascii="Arial" w:hAnsi="Arial" w:cs="Arial"/>
          <w:b/>
          <w:color w:val="E5484D"/>
          <w:sz w:val="40"/>
          <w:rtl w:val="1"/>
          <w:szCs w:val="40"/>
          <w:bCs/>
        </w:rPr>
        <w:t>💬 דילמות בפיד – דף תלמיד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ערכה להדפסה • לחט״ב ולחט״ע • פדגוגיה רגשית-חברתית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3"/>
          <w:rtl w:val="1"/>
          <w:szCs w:val="23"/>
          <w:bCs/>
        </w:rPr>
        <w:t>שם: ______________    כיתה: ________    תאריך: ________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E5484D"/>
          <w:sz w:val="26"/>
          <w:rtl w:val="1"/>
          <w:szCs w:val="26"/>
          <w:bCs/>
        </w:rPr>
        <w:t>חלק א׳ – סולם ההסלמה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46506A"/>
          <w:sz w:val="20"/>
          <w:rtl w:val="1"/>
          <w:szCs w:val="20"/>
        </w:rPr>
        <w:t>לכל מדרגה – כתבו דוגמה משלכם (בלי שמות אמיתיים).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513"/>
        <w:gridCol w:w="3513"/>
        <w:gridCol w:w="3513"/>
      </w:tblGrid>
      <w:tr>
        <w:tc>
          <w:tcPr>
            <w:tcW w:type="dxa" w:w="3513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מדרגה</w:t>
            </w:r>
          </w:p>
        </w:tc>
        <w:tc>
          <w:tcPr>
            <w:tcW w:type="dxa" w:w="3513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מה קורה</w:t>
            </w:r>
          </w:p>
        </w:tc>
        <w:tc>
          <w:tcPr>
            <w:tcW w:type="dxa" w:w="3513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דוגמה משלי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🙂 1. אי־הסכמה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"אני חושב/ת אחרת"</w:t>
            </w:r>
          </w:p>
        </w:tc>
        <w:tc>
          <w:tcPr>
            <w:tcW w:type="dxa" w:w="3513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😏 2. עקיצה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ציניות, אימוג׳י מגלגל עיניים</w:t>
            </w:r>
          </w:p>
        </w:tc>
        <w:tc>
          <w:tcPr>
            <w:tcW w:type="dxa" w:w="3513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😠 3. העלבה אישית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מהרעיון – אל האדם</w:t>
            </w:r>
          </w:p>
        </w:tc>
        <w:tc>
          <w:tcPr>
            <w:tcW w:type="dxa" w:w="3513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👥 4. גיוס צד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"מי איתי?", צילומי מסך לאחרים</w:t>
            </w:r>
          </w:p>
        </w:tc>
        <w:tc>
          <w:tcPr>
            <w:tcW w:type="dxa" w:w="3513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🔥 5. השפלה וחרם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הוצאה מהקבוצה, הפצה פומבית</w:t>
            </w:r>
          </w:p>
        </w:tc>
        <w:tc>
          <w:tcPr>
            <w:tcW w:type="dxa" w:w="3513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20"/>
        <w:jc w:val="right"/>
      </w:pPr>
      <w:r>
        <w:rPr>
          <w:rFonts w:ascii="Arial" w:hAnsi="Arial" w:cs="Arial"/>
          <w:b/>
          <w:color w:val="E5484D"/>
          <w:sz w:val="26"/>
          <w:rtl w:val="1"/>
          <w:szCs w:val="26"/>
          <w:bCs/>
        </w:rPr>
        <w:t>חלק ב׳ – שיחה 1: קבוצת הכיתה – הטיול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46506A"/>
          <w:sz w:val="20"/>
          <w:rtl w:val="1"/>
          <w:szCs w:val="20"/>
        </w:rPr>
        <w:t>באיזו מדרגה השיחה? הקיפו, וכתבו תגובה שמורידה מדרגה.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👥 קבוצת הכיתה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עמית: אני בעד טיול לצפון, זה הכי שווה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יעל: צפון? שוב? 🙄 איזה רעיון "מקורי"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עמית: לפחות אני מציע משהו ולא רק מקטר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יעל: מי שבעד דרום שישים 👍 ונראה מי צודק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◯ 1   ◯ 2   ◯ 3   ◯ 4   ◯ 5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9AA6C2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9AA6C2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E5484D"/>
          <w:sz w:val="26"/>
          <w:rtl w:val="1"/>
          <w:szCs w:val="26"/>
          <w:bCs/>
        </w:rPr>
        <w:t>חלק ג׳ – שיחה 2: הקבוצה החדשה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46506A"/>
          <w:sz w:val="20"/>
          <w:rtl w:val="1"/>
          <w:szCs w:val="20"/>
        </w:rPr>
        <w:t>חרם שקט – גם כשאף אחד לא כתב מילה רעה?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👥 קבוצת הכיתה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מערכת: "השכבה – הגרסה האמיתית" נוצרה · 31 משתתפים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ליה: סוף סוף בלי הדרמות 😌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גל: רגע, למה רוני לא פה?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ליה: ככה עדיף, אל תהרוס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גל: 👍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◯ 1   ◯ 2   ◯ 3   ◯ 4   ◯ 5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"משפט גשר" שהייתי כותב/ת בקבוצה: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9AA6C2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9AA6C2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מה קורה לדעות כשכולם בקבוצה מסמנים 💯? מה מפסידים?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9AA6C2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9AA6C2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7A869E"/>
          <w:sz w:val="23"/>
          <w:rtl w:val="1"/>
          <w:szCs w:val="23"/>
        </w:rPr>
        <w:t>✂️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4"/>
          <w:rtl w:val="1"/>
          <w:szCs w:val="24"/>
          <w:bCs/>
        </w:rPr>
        <w:t>🎟️ כרטיס יציאה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מדרגה שאני מזהה אצלי לפעמים: 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משפט גשר שאשמור בטלפון: 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B6472"/>
          <w:sz w:val="18"/>
          <w:rtl w:val="1"/>
          <w:szCs w:val="18"/>
        </w:rPr>
        <w:t>יצרה: רוית ראש בן ישי · בונים גשר – מחלוקת וגישור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