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16A394"/>
          <w:sz w:val="40"/>
          <w:rtl w:val="1"/>
          <w:szCs w:val="40"/>
          <w:bCs/>
        </w:rPr>
        <w:t>🌉 גבולות וגשרים – מפה טופוגרפית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לחט״ב ולחט״ע (גרסה פשוטה ליסודי)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6A394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להשתמש במטפורה של מפה כדי לבטא קשרים ומתחים – אישיים וחברתיים בלבד.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להבחין בין גבול בריא לבין חומה ושליטה.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לבחור מקום אחד לבנות בו גשר.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6A394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מקרא המפה: צוק, נהר סוער, גשר, מנהרה, אי, חורשה, גדר, מצפן.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א׳ – כל תלמיד/ה מצייר/ת מפה אישית (בלי שמות!).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ב׳ – גבול בריא או חומה?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ג׳ – "הגשר שלי" + שיתוף בזוגות, רק מי שרוצה.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🔒 חשוב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המפה פרטית. לא כותבים שמות של תלמידים – רק סמלים. לא מנתחים מפות מול הכיתה. התרגיל אישי־חברתי בלבד, בלי סכסוכים פוליטיים או גאופוליטיים. מפה שמעוררת דאגה → שיחה אישית / יועצת.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🔑 חלק ב׳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גבול בריא: 1, 3, 5 · שליטה/חומה: 2, 4, 6.</w:t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16A394"/>
          <w:sz w:val="40"/>
          <w:rtl w:val="1"/>
          <w:szCs w:val="40"/>
          <w:bCs/>
        </w:rPr>
        <w:t>🗺️ גבולות וגשרים – דף תלמיד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לחט״ב ולחט״ע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16A394"/>
          <w:sz w:val="26"/>
          <w:rtl w:val="1"/>
          <w:szCs w:val="26"/>
          <w:bCs/>
        </w:rPr>
        <w:t>חלק א׳ – המפה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ציירו או הדביקו סמלים במשבצות: איפה אני? איפה יש צוקים? איפה נהר סוער? איפה אפשר לבנות גשר? בלי שמות – רק סמלים.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🏠 אני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המקום שלי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🏔️ צוק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מחלוקת חדה, קשה לעבור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🌊 נהר סוער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מתח שנמשך הרבה זמן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🌉 גשר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כאן אפשר לבנות קשר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🚇 מנהרה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דרך שקטה: שיחה אישית, מכתב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🌳 חורשה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מקום בטוח ונעים לי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🧱 גדר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גבול בריא שאני שומר/ת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🏝️ אי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כשאני צריך/ה זמן לבד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מצפן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מי שעוזר/ת לי למצוא כיוון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🌤️ שמש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קשר טוב שאני רוצה לשמור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1757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16A394"/>
          <w:sz w:val="26"/>
          <w:rtl w:val="1"/>
          <w:szCs w:val="26"/>
          <w:bCs/>
        </w:rPr>
        <w:t>חלק ב׳ – גבול בריא או חומה?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סמנו 🧱 לגבול בריא, ⛓️ לשליטה.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🧱 / ⛓️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"אני צריך/ה רגע לחשוב לפני שאני עונה."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"אם לא תעשו מה שאני אומר/ת – אני לא מדבר/ת עם אף אחד."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"זה לא נוח לי שמצלמים אותי. אפשר בלי?"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"אני לא רוצה שתדבר/י עם אף אחד חוץ ממני."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"אני מעדיף/ה לא לספר על זה עכשיו."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6. "תעשה/תעשי את זה בשבילי, אחרת את/ה לא חבר/ה."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16A394"/>
          <w:sz w:val="26"/>
          <w:rtl w:val="1"/>
          <w:szCs w:val="26"/>
          <w:bCs/>
        </w:rPr>
        <w:t>חלק ג׳ – הגשר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איפה במפה הייתי בונה גשר? מה הוא יהיה – משפט, פעולה, הזמנה? ואיזה גבול בריא אני רוצה לשמור?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גבול בריא שאני שומר/ת: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גשר אחד שאנסה לבנות השבוע: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